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2E43F" w14:textId="77777777" w:rsidR="007F13FF" w:rsidRDefault="004749A4">
      <w:pPr>
        <w:pStyle w:val="berschrift1"/>
      </w:pPr>
      <w:r>
        <w:t>Vorlagen – Deutsche Übersetzung</w:t>
      </w:r>
    </w:p>
    <w:p w14:paraId="63EB0E8A" w14:textId="77777777" w:rsidR="007F13FF" w:rsidRDefault="004749A4">
      <w:pPr>
        <w:pStyle w:val="berschrift2"/>
      </w:pPr>
      <w:r>
        <w:t>1. Musterschreiben/-E-Mail an die Versicherung</w:t>
      </w:r>
    </w:p>
    <w:p w14:paraId="4B99B32D" w14:textId="77777777" w:rsidR="007F13FF" w:rsidRDefault="004749A4">
      <w:r>
        <w:t>Betreff: Anfrage zu Informationen und Unterstützung – Reisen mit Sauerstoff</w:t>
      </w:r>
      <w:r>
        <w:br/>
      </w:r>
      <w:r>
        <w:br/>
        <w:t>Sehr geehrte Damen und Herren,</w:t>
      </w:r>
      <w:r>
        <w:br/>
      </w:r>
      <w:r>
        <w:br/>
      </w:r>
      <w:r>
        <w:t>ich bin Versicherungsnehmer/in unter der Versicherungsnummer [Versicherungsnummer]. Ich werde vom [Startdatum] bis [Enddatum] nach [Zielland] reisen und benötige während meines Aufenthalts medizinischen Sauerstoff.</w:t>
      </w:r>
      <w:r>
        <w:br/>
      </w:r>
      <w:r>
        <w:br/>
        <w:t>Ich bitte Sie um Informationen zu:</w:t>
      </w:r>
      <w:r>
        <w:br/>
        <w:t>• dem Versicherungsschutz für die Nutzung von Sauerstoff im Ausland,</w:t>
      </w:r>
      <w:r>
        <w:br/>
        <w:t>• den Unterlagen oder Formularen, die von meinem Arzt ausgefüllt werden müssen,</w:t>
      </w:r>
      <w:r>
        <w:br/>
        <w:t>• den Verfahren, mit denen sichergestellt wird, dass mein Sauerstoffbedarf am Reiseziel unterstützt wird.</w:t>
      </w:r>
      <w:r>
        <w:br/>
      </w:r>
      <w:r>
        <w:br/>
        <w:t>Für e</w:t>
      </w:r>
      <w:r>
        <w:t>ine zeitnahe Rückmeldung, damit ich die erforderlichen Vorkehrungen treffen kann, wäre ich Ihnen sehr dankbar.</w:t>
      </w:r>
      <w:r>
        <w:br/>
      </w:r>
      <w:r>
        <w:br/>
        <w:t>Mit freundlichen Grüßen</w:t>
      </w:r>
      <w:r>
        <w:br/>
        <w:t>[Vollständiger Name]</w:t>
      </w:r>
      <w:r>
        <w:br/>
        <w:t>[Versicherungsnummer]</w:t>
      </w:r>
      <w:r>
        <w:br/>
        <w:t>[Kontaktdaten]</w:t>
      </w:r>
    </w:p>
    <w:p w14:paraId="25E1A4AE" w14:textId="5C776985" w:rsidR="00F75C5F" w:rsidRDefault="00F75C5F">
      <w:r>
        <w:br w:type="page"/>
      </w:r>
    </w:p>
    <w:p w14:paraId="6C180A00" w14:textId="77777777" w:rsidR="00F75C5F" w:rsidRDefault="00F75C5F"/>
    <w:p w14:paraId="627BA687" w14:textId="77777777" w:rsidR="007F13FF" w:rsidRDefault="004749A4">
      <w:pPr>
        <w:pStyle w:val="berschrift2"/>
      </w:pPr>
      <w:r>
        <w:t>2. Musterschreiben/-E-Mail an einen Sauerstoffanbieter am Reiseziel</w:t>
      </w:r>
    </w:p>
    <w:p w14:paraId="3CB07970" w14:textId="77777777" w:rsidR="007F13FF" w:rsidRDefault="004749A4">
      <w:r>
        <w:t>Betreff: Anfrage zur Bereitstellung von Sauerstoff während einer Reise</w:t>
      </w:r>
      <w:r>
        <w:br/>
      </w:r>
      <w:r>
        <w:br/>
        <w:t>Sehr geehrte Damen und Herren,</w:t>
      </w:r>
      <w:r>
        <w:br/>
      </w:r>
      <w:r>
        <w:br/>
        <w:t>ich reise vom [Startdatum] bis [Enddatum] nach [Reiseziel] und benötige während meines Aufenthalts Sauerstoff. Derzeit nutze ich zu Hause [Liter pro Minute / Art des Geräts] und benötige dieselbe Versorgung auch während meines Auslandsaufenthalts.</w:t>
      </w:r>
      <w:r>
        <w:br/>
      </w:r>
      <w:r>
        <w:br/>
        <w:t>Bitte teilen Sie mir mit, ob Sie während meines Aufenthalts Sauerstoff bereitstellen können, einschließlich möglicher Lieferoptionen und erforderlicher Unterlagen.</w:t>
      </w:r>
      <w:r>
        <w:br/>
      </w:r>
      <w:r>
        <w:br/>
        <w:t>Vielen Dank für Ihre Unterstützung.</w:t>
      </w:r>
      <w:r>
        <w:br/>
      </w:r>
      <w:r>
        <w:br/>
        <w:t>Mit freundlichen Grüßen</w:t>
      </w:r>
      <w:r>
        <w:br/>
        <w:t>[Vo</w:t>
      </w:r>
      <w:r>
        <w:t>llständiger Name]</w:t>
      </w:r>
      <w:r>
        <w:br/>
        <w:t>[Adresse]</w:t>
      </w:r>
      <w:r>
        <w:br/>
        <w:t>[Kontaktdaten]</w:t>
      </w:r>
    </w:p>
    <w:p w14:paraId="6F718942" w14:textId="71AB9B64" w:rsidR="00F75C5F" w:rsidRDefault="00F75C5F">
      <w:r>
        <w:br w:type="page"/>
      </w:r>
    </w:p>
    <w:p w14:paraId="5F753341" w14:textId="77777777" w:rsidR="00F75C5F" w:rsidRDefault="00F75C5F"/>
    <w:p w14:paraId="592F82D8" w14:textId="77777777" w:rsidR="007F13FF" w:rsidRDefault="004749A4">
      <w:pPr>
        <w:pStyle w:val="berschrift2"/>
      </w:pPr>
      <w:r>
        <w:t>3. Musterschreiben/-E-Mail an die Fluggesellschaft</w:t>
      </w:r>
    </w:p>
    <w:p w14:paraId="0EBB8B69" w14:textId="77777777" w:rsidR="007F13FF" w:rsidRDefault="004749A4">
      <w:r>
        <w:t>Betreff: Passagier reist mit Sauerstoff – Bitte um Unterstützung</w:t>
      </w:r>
      <w:r>
        <w:br/>
      </w:r>
      <w:r>
        <w:br/>
        <w:t>Sehr geehrte Damen und Herren,</w:t>
      </w:r>
      <w:r>
        <w:br/>
      </w:r>
      <w:r>
        <w:br/>
        <w:t>ich bin auf Flug [Flugnummer] von [Abflugort] nach [Zielort] am [Datum] gebucht. Ich bin COPD-Patient/in und werde mit medizinischem Sauerstoff reisen.</w:t>
      </w:r>
      <w:r>
        <w:br/>
      </w:r>
      <w:r>
        <w:br/>
        <w:t>Könnten Sie bitte Folgendes bestätigen:</w:t>
      </w:r>
      <w:r>
        <w:br/>
        <w:t>• die Richtlinien der Fluggesellschaft für Passagiere, die mit Sauerstoff reisen,</w:t>
      </w:r>
      <w:r>
        <w:br/>
        <w:t>• erforderliche Formulare oder ärztliche Bescheinigungen,</w:t>
      </w:r>
      <w:r>
        <w:br/>
        <w:t>• die Vorgehensweise zur Nutzung von Sauerstoff während des Fluges.</w:t>
      </w:r>
      <w:r>
        <w:br/>
      </w:r>
      <w:r>
        <w:br/>
        <w:t>Gerne stelle ich Ihnen alle erforderlichen medizinischen Unterlagen zur Verf</w:t>
      </w:r>
      <w:r>
        <w:t>ügung.</w:t>
      </w:r>
      <w:r>
        <w:br/>
      </w:r>
      <w:r>
        <w:br/>
        <w:t>Vielen Dank für Ihre Unterstützung.</w:t>
      </w:r>
      <w:r>
        <w:br/>
      </w:r>
      <w:r>
        <w:br/>
        <w:t>Mit freundlichen Grüßen</w:t>
      </w:r>
      <w:r>
        <w:br/>
        <w:t>[Vollständiger Name]</w:t>
      </w:r>
      <w:r>
        <w:br/>
        <w:t>[Buchungsreferenz]</w:t>
      </w:r>
      <w:r>
        <w:br/>
        <w:t>[Kontaktdaten]</w:t>
      </w:r>
    </w:p>
    <w:p w14:paraId="530D1DF3" w14:textId="3942DD74" w:rsidR="00F75C5F" w:rsidRDefault="00F75C5F">
      <w:r>
        <w:br w:type="page"/>
      </w:r>
    </w:p>
    <w:p w14:paraId="55366D60" w14:textId="77777777" w:rsidR="00F75C5F" w:rsidRDefault="00F75C5F"/>
    <w:p w14:paraId="4BE0070C" w14:textId="77777777" w:rsidR="007F13FF" w:rsidRDefault="004749A4">
      <w:pPr>
        <w:pStyle w:val="berschrift2"/>
      </w:pPr>
      <w:r>
        <w:t>4. Musterschreiben des Patienten an den Arzt</w:t>
      </w:r>
    </w:p>
    <w:p w14:paraId="6C7B3145" w14:textId="77777777" w:rsidR="007F13FF" w:rsidRDefault="004749A4">
      <w:r>
        <w:t>Betreff: Bitte um medizinische Unterlagen – Reisen mit Sauerstoff</w:t>
      </w:r>
      <w:r>
        <w:br/>
      </w:r>
      <w:r>
        <w:br/>
        <w:t>Sehr geehrte/r Dr. [Name],</w:t>
      </w:r>
      <w:r>
        <w:br/>
      </w:r>
      <w:r>
        <w:br/>
        <w:t>ich plane eine Reise nach [Reiseziel] vom [Startdatum] bis [Enddatum] und benötige während der Reise medizinischen Sauerstoff. Mein Versicherer bzw. meine Fluggesellschaft hat folgende Unterlagen angefordert:</w:t>
      </w:r>
      <w:r>
        <w:br/>
      </w:r>
      <w:r>
        <w:br/>
        <w:t>• Bestätigung meiner COPD-Diagnose,</w:t>
      </w:r>
      <w:r>
        <w:br/>
        <w:t>• Angaben zu meiner Sauerstoffverordnung (Liter pro Minute, Art, Dauer),</w:t>
      </w:r>
      <w:r>
        <w:br/>
        <w:t>• Ausfüllen der beigefügten Formulare (falls zutreffend).</w:t>
      </w:r>
      <w:r>
        <w:br/>
      </w:r>
      <w:r>
        <w:br/>
        <w:t>Ich wäre Ihnen sehr dankbar, wenn Sie mich hierbei unterstützen könnten, damit ich meine Reisevorbereitu</w:t>
      </w:r>
      <w:r>
        <w:t>ngen abschließen kann.</w:t>
      </w:r>
      <w:r>
        <w:br/>
      </w:r>
      <w:r>
        <w:br/>
        <w:t>Mit freundlichen Grüßen</w:t>
      </w:r>
      <w:r>
        <w:br/>
        <w:t>[Vollständiger Name]</w:t>
      </w:r>
      <w:r>
        <w:br/>
        <w:t>[Geburtsdatum]</w:t>
      </w:r>
      <w:r>
        <w:br/>
        <w:t>[Kontaktdaten]</w:t>
      </w:r>
    </w:p>
    <w:p w14:paraId="6B70F963" w14:textId="681C3CA1" w:rsidR="00F75C5F" w:rsidRDefault="00F75C5F">
      <w:r>
        <w:br w:type="page"/>
      </w:r>
    </w:p>
    <w:sectPr w:rsidR="00F75C5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59991465">
    <w:abstractNumId w:val="8"/>
  </w:num>
  <w:num w:numId="2" w16cid:durableId="1330251555">
    <w:abstractNumId w:val="6"/>
  </w:num>
  <w:num w:numId="3" w16cid:durableId="1423262234">
    <w:abstractNumId w:val="5"/>
  </w:num>
  <w:num w:numId="4" w16cid:durableId="1701588984">
    <w:abstractNumId w:val="4"/>
  </w:num>
  <w:num w:numId="5" w16cid:durableId="56704316">
    <w:abstractNumId w:val="7"/>
  </w:num>
  <w:num w:numId="6" w16cid:durableId="1091467722">
    <w:abstractNumId w:val="3"/>
  </w:num>
  <w:num w:numId="7" w16cid:durableId="1769692849">
    <w:abstractNumId w:val="2"/>
  </w:num>
  <w:num w:numId="8" w16cid:durableId="1196776430">
    <w:abstractNumId w:val="1"/>
  </w:num>
  <w:num w:numId="9" w16cid:durableId="1693342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749A4"/>
    <w:rsid w:val="004C3C6C"/>
    <w:rsid w:val="007F0FBE"/>
    <w:rsid w:val="007F13FF"/>
    <w:rsid w:val="008F73C3"/>
    <w:rsid w:val="00AA1D8D"/>
    <w:rsid w:val="00B47730"/>
    <w:rsid w:val="00CB0664"/>
    <w:rsid w:val="00F75C5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08DDC1"/>
  <w14:defaultImageDpi w14:val="300"/>
  <w15:docId w15:val="{DF21452A-8A25-4CA7-ACB8-36C276E11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420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Gundula Koblmiller</cp:lastModifiedBy>
  <cp:revision>4</cp:revision>
  <dcterms:created xsi:type="dcterms:W3CDTF">2026-06-25T11:14:00Z</dcterms:created>
  <dcterms:modified xsi:type="dcterms:W3CDTF">2026-06-25T11:17:00Z</dcterms:modified>
  <cp:category/>
</cp:coreProperties>
</file>